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DD95" w14:textId="77777777" w:rsidR="003104EE" w:rsidRDefault="00000000">
      <w:pPr>
        <w:jc w:val="right"/>
      </w:pPr>
      <w:proofErr w:type="spellStart"/>
      <w:r>
        <w:rPr>
          <w:sz w:val="16"/>
        </w:rPr>
        <w:t>Załącznik</w:t>
      </w:r>
      <w:proofErr w:type="spellEnd"/>
      <w:r>
        <w:rPr>
          <w:sz w:val="16"/>
        </w:rPr>
        <w:t xml:space="preserve"> nr 1 do </w:t>
      </w:r>
      <w:proofErr w:type="spellStart"/>
      <w:r>
        <w:rPr>
          <w:sz w:val="16"/>
        </w:rPr>
        <w:t>ogłoszenia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naborze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partnera</w:t>
      </w:r>
      <w:proofErr w:type="spellEnd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3104EE" w14:paraId="44081C26" w14:textId="77777777">
        <w:tc>
          <w:tcPr>
            <w:tcW w:w="10540" w:type="dxa"/>
            <w:gridSpan w:val="4"/>
            <w:shd w:val="clear" w:color="auto" w:fill="D9D9D9"/>
          </w:tcPr>
          <w:p w14:paraId="53998820" w14:textId="77777777" w:rsidR="003104EE" w:rsidRDefault="00000000">
            <w:pPr>
              <w:jc w:val="center"/>
            </w:pPr>
            <w:r>
              <w:rPr>
                <w:b/>
                <w:sz w:val="17"/>
              </w:rPr>
              <w:t>FORMULARZ OFERTY PARTNERA</w:t>
            </w:r>
          </w:p>
        </w:tc>
      </w:tr>
      <w:tr w:rsidR="003104EE" w14:paraId="7ECA0CE0" w14:textId="77777777">
        <w:tc>
          <w:tcPr>
            <w:tcW w:w="10540" w:type="dxa"/>
            <w:gridSpan w:val="4"/>
            <w:shd w:val="clear" w:color="auto" w:fill="D9D9D9"/>
          </w:tcPr>
          <w:p w14:paraId="062CC68F" w14:textId="1F542F7A" w:rsidR="003104EE" w:rsidRDefault="00000000">
            <w:r>
              <w:rPr>
                <w:b/>
                <w:sz w:val="17"/>
              </w:rPr>
              <w:t xml:space="preserve">Nazwa </w:t>
            </w:r>
            <w:proofErr w:type="spellStart"/>
            <w:r w:rsidR="00863EB8">
              <w:rPr>
                <w:b/>
                <w:sz w:val="17"/>
              </w:rPr>
              <w:t>podmiotu</w:t>
            </w:r>
            <w:proofErr w:type="spellEnd"/>
            <w:r>
              <w:rPr>
                <w:b/>
                <w:sz w:val="17"/>
              </w:rPr>
              <w:t>:</w:t>
            </w:r>
          </w:p>
        </w:tc>
      </w:tr>
      <w:tr w:rsidR="003104EE" w14:paraId="0DD7122D" w14:textId="77777777">
        <w:tc>
          <w:tcPr>
            <w:tcW w:w="10540" w:type="dxa"/>
            <w:gridSpan w:val="4"/>
          </w:tcPr>
          <w:p w14:paraId="285CDEAB" w14:textId="77777777" w:rsidR="003104EE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3104EE" w14:paraId="2D416619" w14:textId="77777777">
        <w:tc>
          <w:tcPr>
            <w:tcW w:w="2635" w:type="dxa"/>
            <w:shd w:val="clear" w:color="auto" w:fill="D9D9D9"/>
          </w:tcPr>
          <w:p w14:paraId="0EE109D7" w14:textId="77777777" w:rsidR="003104EE" w:rsidRDefault="00000000">
            <w:r>
              <w:rPr>
                <w:b/>
                <w:sz w:val="17"/>
              </w:rPr>
              <w:t>Adres:</w:t>
            </w:r>
          </w:p>
        </w:tc>
        <w:tc>
          <w:tcPr>
            <w:tcW w:w="7905" w:type="dxa"/>
            <w:gridSpan w:val="3"/>
          </w:tcPr>
          <w:p w14:paraId="6A432723" w14:textId="77777777" w:rsidR="003104EE" w:rsidRDefault="003104EE"/>
        </w:tc>
      </w:tr>
      <w:tr w:rsidR="003104EE" w14:paraId="7BB0EAD8" w14:textId="77777777">
        <w:tc>
          <w:tcPr>
            <w:tcW w:w="2635" w:type="dxa"/>
            <w:shd w:val="clear" w:color="auto" w:fill="D9D9D9"/>
          </w:tcPr>
          <w:p w14:paraId="40F694A4" w14:textId="77777777" w:rsidR="003104EE" w:rsidRDefault="00000000">
            <w:proofErr w:type="spellStart"/>
            <w:r>
              <w:rPr>
                <w:b/>
                <w:sz w:val="17"/>
              </w:rPr>
              <w:t>Numer</w:t>
            </w:r>
            <w:proofErr w:type="spellEnd"/>
            <w:r>
              <w:rPr>
                <w:b/>
                <w:sz w:val="17"/>
              </w:rPr>
              <w:t xml:space="preserve"> KRS / </w:t>
            </w:r>
            <w:proofErr w:type="spellStart"/>
            <w:r>
              <w:rPr>
                <w:b/>
                <w:sz w:val="17"/>
              </w:rPr>
              <w:t>innego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właściwego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rejestru</w:t>
            </w:r>
            <w:proofErr w:type="spellEnd"/>
            <w:r>
              <w:rPr>
                <w:b/>
                <w:sz w:val="17"/>
              </w:rPr>
              <w:t>:</w:t>
            </w:r>
          </w:p>
        </w:tc>
        <w:tc>
          <w:tcPr>
            <w:tcW w:w="7905" w:type="dxa"/>
            <w:gridSpan w:val="3"/>
          </w:tcPr>
          <w:p w14:paraId="4EB11CF6" w14:textId="77777777" w:rsidR="003104EE" w:rsidRDefault="003104EE"/>
        </w:tc>
      </w:tr>
      <w:tr w:rsidR="003104EE" w14:paraId="033A0852" w14:textId="77777777">
        <w:tc>
          <w:tcPr>
            <w:tcW w:w="2635" w:type="dxa"/>
            <w:shd w:val="clear" w:color="auto" w:fill="D9D9D9"/>
          </w:tcPr>
          <w:p w14:paraId="4D2E6CBC" w14:textId="77777777" w:rsidR="003104EE" w:rsidRDefault="00000000">
            <w:proofErr w:type="spellStart"/>
            <w:r>
              <w:rPr>
                <w:b/>
                <w:sz w:val="17"/>
              </w:rPr>
              <w:t>Numer</w:t>
            </w:r>
            <w:proofErr w:type="spellEnd"/>
            <w:r>
              <w:rPr>
                <w:b/>
                <w:sz w:val="17"/>
              </w:rPr>
              <w:t xml:space="preserve"> NIP:</w:t>
            </w:r>
          </w:p>
        </w:tc>
        <w:tc>
          <w:tcPr>
            <w:tcW w:w="7905" w:type="dxa"/>
            <w:gridSpan w:val="3"/>
          </w:tcPr>
          <w:p w14:paraId="090E4357" w14:textId="77777777" w:rsidR="003104EE" w:rsidRDefault="003104EE"/>
        </w:tc>
      </w:tr>
      <w:tr w:rsidR="003104EE" w14:paraId="4981EF2E" w14:textId="77777777">
        <w:tc>
          <w:tcPr>
            <w:tcW w:w="2635" w:type="dxa"/>
            <w:shd w:val="clear" w:color="auto" w:fill="D9D9D9"/>
          </w:tcPr>
          <w:p w14:paraId="645DEF9A" w14:textId="77777777" w:rsidR="003104EE" w:rsidRDefault="00000000">
            <w:proofErr w:type="spellStart"/>
            <w:r>
              <w:rPr>
                <w:b/>
                <w:sz w:val="17"/>
              </w:rPr>
              <w:t>Numer</w:t>
            </w:r>
            <w:proofErr w:type="spellEnd"/>
            <w:r>
              <w:rPr>
                <w:b/>
                <w:sz w:val="17"/>
              </w:rPr>
              <w:t xml:space="preserve"> REGON:</w:t>
            </w:r>
          </w:p>
        </w:tc>
        <w:tc>
          <w:tcPr>
            <w:tcW w:w="7905" w:type="dxa"/>
            <w:gridSpan w:val="3"/>
          </w:tcPr>
          <w:p w14:paraId="02BDE189" w14:textId="77777777" w:rsidR="003104EE" w:rsidRDefault="003104EE"/>
        </w:tc>
      </w:tr>
      <w:tr w:rsidR="003104EE" w14:paraId="52FD99E6" w14:textId="77777777">
        <w:tc>
          <w:tcPr>
            <w:tcW w:w="2635" w:type="dxa"/>
            <w:shd w:val="clear" w:color="auto" w:fill="D9D9D9"/>
          </w:tcPr>
          <w:p w14:paraId="18C18A36" w14:textId="77777777" w:rsidR="003104EE" w:rsidRDefault="00000000">
            <w:r>
              <w:rPr>
                <w:b/>
                <w:sz w:val="17"/>
              </w:rPr>
              <w:t>tel.:</w:t>
            </w:r>
          </w:p>
        </w:tc>
        <w:tc>
          <w:tcPr>
            <w:tcW w:w="2635" w:type="dxa"/>
          </w:tcPr>
          <w:p w14:paraId="53E00392" w14:textId="77777777" w:rsidR="003104EE" w:rsidRDefault="003104EE"/>
        </w:tc>
        <w:tc>
          <w:tcPr>
            <w:tcW w:w="2635" w:type="dxa"/>
            <w:shd w:val="clear" w:color="auto" w:fill="D9D9D9"/>
          </w:tcPr>
          <w:p w14:paraId="53F5DC98" w14:textId="77777777" w:rsidR="003104EE" w:rsidRDefault="00000000">
            <w:r>
              <w:rPr>
                <w:b/>
                <w:sz w:val="17"/>
              </w:rPr>
              <w:t>e-mail:</w:t>
            </w:r>
          </w:p>
        </w:tc>
        <w:tc>
          <w:tcPr>
            <w:tcW w:w="2635" w:type="dxa"/>
          </w:tcPr>
          <w:p w14:paraId="1A1C83EB" w14:textId="77777777" w:rsidR="003104EE" w:rsidRDefault="003104EE"/>
        </w:tc>
      </w:tr>
      <w:tr w:rsidR="003104EE" w14:paraId="0BEE7C29" w14:textId="77777777">
        <w:tc>
          <w:tcPr>
            <w:tcW w:w="10540" w:type="dxa"/>
            <w:gridSpan w:val="4"/>
            <w:shd w:val="clear" w:color="auto" w:fill="D9D9D9"/>
          </w:tcPr>
          <w:p w14:paraId="6605E9FD" w14:textId="77777777" w:rsidR="003104EE" w:rsidRDefault="00000000">
            <w:r>
              <w:rPr>
                <w:b/>
                <w:sz w:val="17"/>
              </w:rPr>
              <w:t xml:space="preserve">Osoba </w:t>
            </w:r>
            <w:proofErr w:type="spellStart"/>
            <w:r>
              <w:rPr>
                <w:b/>
                <w:sz w:val="17"/>
              </w:rPr>
              <w:t>wyznaczona</w:t>
            </w:r>
            <w:proofErr w:type="spellEnd"/>
            <w:r>
              <w:rPr>
                <w:b/>
                <w:sz w:val="17"/>
              </w:rPr>
              <w:t xml:space="preserve"> do </w:t>
            </w:r>
            <w:proofErr w:type="spellStart"/>
            <w:r>
              <w:rPr>
                <w:b/>
                <w:sz w:val="17"/>
              </w:rPr>
              <w:t>kontaktu</w:t>
            </w:r>
            <w:proofErr w:type="spellEnd"/>
            <w:r>
              <w:rPr>
                <w:b/>
                <w:sz w:val="17"/>
              </w:rPr>
              <w:t>: (</w:t>
            </w:r>
            <w:proofErr w:type="spellStart"/>
            <w:r>
              <w:rPr>
                <w:b/>
                <w:sz w:val="17"/>
              </w:rPr>
              <w:t>imię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nazwisko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telefon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kontaktowy</w:t>
            </w:r>
            <w:proofErr w:type="spellEnd"/>
            <w:r>
              <w:rPr>
                <w:b/>
                <w:sz w:val="17"/>
              </w:rPr>
              <w:t>, e-mail):</w:t>
            </w:r>
          </w:p>
        </w:tc>
      </w:tr>
      <w:tr w:rsidR="003104EE" w14:paraId="2FD7AD4F" w14:textId="77777777">
        <w:tc>
          <w:tcPr>
            <w:tcW w:w="10540" w:type="dxa"/>
            <w:gridSpan w:val="4"/>
          </w:tcPr>
          <w:p w14:paraId="571DDDED" w14:textId="77777777" w:rsidR="003104EE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3104EE" w14:paraId="76D6F804" w14:textId="77777777">
        <w:tc>
          <w:tcPr>
            <w:tcW w:w="10540" w:type="dxa"/>
            <w:gridSpan w:val="4"/>
            <w:shd w:val="clear" w:color="auto" w:fill="D9D9D9"/>
          </w:tcPr>
          <w:p w14:paraId="00206BDF" w14:textId="77777777" w:rsidR="003104EE" w:rsidRDefault="00000000">
            <w:proofErr w:type="spellStart"/>
            <w:r>
              <w:rPr>
                <w:b/>
                <w:sz w:val="17"/>
              </w:rPr>
              <w:t>Opis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dotychczasowej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działalności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kandydata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partnera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uwzględniający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jego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największe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osiągnięcia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zwłaszcza</w:t>
            </w:r>
            <w:proofErr w:type="spellEnd"/>
            <w:r>
              <w:rPr>
                <w:b/>
                <w:sz w:val="17"/>
              </w:rPr>
              <w:t xml:space="preserve"> w </w:t>
            </w:r>
            <w:proofErr w:type="spellStart"/>
            <w:r>
              <w:rPr>
                <w:b/>
                <w:sz w:val="17"/>
              </w:rPr>
              <w:t>zakresie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realizacji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projektów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finansowanych</w:t>
            </w:r>
            <w:proofErr w:type="spellEnd"/>
            <w:r>
              <w:rPr>
                <w:b/>
                <w:sz w:val="17"/>
              </w:rPr>
              <w:t xml:space="preserve"> ze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Unii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Europejskiej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oraz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działalności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związanej</w:t>
            </w:r>
            <w:proofErr w:type="spellEnd"/>
            <w:r>
              <w:rPr>
                <w:b/>
                <w:sz w:val="17"/>
              </w:rPr>
              <w:t xml:space="preserve"> z </w:t>
            </w:r>
            <w:proofErr w:type="spellStart"/>
            <w:r>
              <w:rPr>
                <w:b/>
                <w:sz w:val="17"/>
              </w:rPr>
              <w:t>edukacją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cyberbezpieczeństwem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gotowością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cywilną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bezpieczeństwem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obronnością</w:t>
            </w:r>
            <w:proofErr w:type="spellEnd"/>
            <w:r>
              <w:rPr>
                <w:b/>
                <w:sz w:val="17"/>
              </w:rPr>
              <w:t>.</w:t>
            </w:r>
          </w:p>
        </w:tc>
      </w:tr>
      <w:tr w:rsidR="003104EE" w14:paraId="7CF5B975" w14:textId="77777777">
        <w:tc>
          <w:tcPr>
            <w:tcW w:w="10540" w:type="dxa"/>
            <w:gridSpan w:val="4"/>
          </w:tcPr>
          <w:p w14:paraId="2FF59F87" w14:textId="77777777" w:rsidR="003104EE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3104EE" w14:paraId="0B2EF7B7" w14:textId="77777777">
        <w:tc>
          <w:tcPr>
            <w:tcW w:w="10540" w:type="dxa"/>
            <w:gridSpan w:val="4"/>
            <w:shd w:val="clear" w:color="auto" w:fill="D9D9D9"/>
          </w:tcPr>
          <w:p w14:paraId="79D8BF47" w14:textId="676D6112" w:rsidR="003104EE" w:rsidRDefault="00000000">
            <w:proofErr w:type="spellStart"/>
            <w:r>
              <w:rPr>
                <w:b/>
                <w:sz w:val="17"/>
              </w:rPr>
              <w:t>Opis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koncepcji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udziału</w:t>
            </w:r>
            <w:proofErr w:type="spellEnd"/>
            <w:r>
              <w:rPr>
                <w:b/>
                <w:sz w:val="17"/>
              </w:rPr>
              <w:t xml:space="preserve"> w </w:t>
            </w:r>
            <w:proofErr w:type="spellStart"/>
            <w:r>
              <w:rPr>
                <w:b/>
                <w:sz w:val="17"/>
              </w:rPr>
              <w:t>projekcie</w:t>
            </w:r>
            <w:proofErr w:type="spellEnd"/>
            <w:r>
              <w:rPr>
                <w:b/>
                <w:sz w:val="17"/>
              </w:rPr>
              <w:t xml:space="preserve">, w </w:t>
            </w:r>
            <w:proofErr w:type="spellStart"/>
            <w:r>
              <w:rPr>
                <w:b/>
                <w:sz w:val="17"/>
              </w:rPr>
              <w:t>szczególności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propozycje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realizacji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działań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określonych</w:t>
            </w:r>
            <w:proofErr w:type="spellEnd"/>
            <w:r>
              <w:rPr>
                <w:b/>
                <w:sz w:val="17"/>
              </w:rPr>
              <w:t xml:space="preserve"> w </w:t>
            </w:r>
            <w:proofErr w:type="spellStart"/>
            <w:r>
              <w:rPr>
                <w:b/>
                <w:sz w:val="17"/>
              </w:rPr>
              <w:t>ogłoszeniu</w:t>
            </w:r>
            <w:proofErr w:type="spellEnd"/>
            <w:r>
              <w:rPr>
                <w:b/>
                <w:sz w:val="17"/>
              </w:rPr>
              <w:t xml:space="preserve"> o </w:t>
            </w:r>
            <w:proofErr w:type="spellStart"/>
            <w:r>
              <w:rPr>
                <w:b/>
                <w:sz w:val="17"/>
              </w:rPr>
              <w:t>naborze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partnera</w:t>
            </w:r>
            <w:proofErr w:type="spellEnd"/>
            <w:r>
              <w:rPr>
                <w:b/>
                <w:sz w:val="17"/>
              </w:rPr>
              <w:t xml:space="preserve"> – </w:t>
            </w:r>
            <w:proofErr w:type="spellStart"/>
            <w:r>
              <w:rPr>
                <w:b/>
                <w:sz w:val="17"/>
              </w:rPr>
              <w:t>wyłącznie</w:t>
            </w:r>
            <w:proofErr w:type="spellEnd"/>
            <w:r>
              <w:rPr>
                <w:b/>
                <w:sz w:val="17"/>
              </w:rPr>
              <w:t xml:space="preserve"> w </w:t>
            </w:r>
            <w:proofErr w:type="spellStart"/>
            <w:r>
              <w:rPr>
                <w:b/>
                <w:sz w:val="17"/>
              </w:rPr>
              <w:t>zakresie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typu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projektu</w:t>
            </w:r>
            <w:proofErr w:type="spellEnd"/>
            <w:r>
              <w:rPr>
                <w:b/>
                <w:sz w:val="17"/>
              </w:rPr>
              <w:t xml:space="preserve"> 1</w:t>
            </w:r>
            <w:r w:rsidR="000F17AB">
              <w:rPr>
                <w:b/>
                <w:sz w:val="17"/>
              </w:rPr>
              <w:t xml:space="preserve">, </w:t>
            </w:r>
            <w:proofErr w:type="spellStart"/>
            <w:r w:rsidR="000F17AB">
              <w:rPr>
                <w:b/>
                <w:sz w:val="17"/>
              </w:rPr>
              <w:t>wraz</w:t>
            </w:r>
            <w:proofErr w:type="spellEnd"/>
            <w:r w:rsidR="000F17AB">
              <w:rPr>
                <w:b/>
                <w:sz w:val="17"/>
              </w:rPr>
              <w:t xml:space="preserve"> z </w:t>
            </w:r>
            <w:proofErr w:type="spellStart"/>
            <w:r w:rsidR="000F17AB">
              <w:rPr>
                <w:b/>
                <w:sz w:val="17"/>
              </w:rPr>
              <w:t>opisem</w:t>
            </w:r>
            <w:proofErr w:type="spellEnd"/>
            <w:r w:rsidR="000F17AB">
              <w:rPr>
                <w:b/>
                <w:sz w:val="17"/>
              </w:rPr>
              <w:t xml:space="preserve"> </w:t>
            </w:r>
            <w:proofErr w:type="spellStart"/>
            <w:r w:rsidR="000F17AB">
              <w:rPr>
                <w:b/>
                <w:sz w:val="17"/>
              </w:rPr>
              <w:t>oferowanego</w:t>
            </w:r>
            <w:proofErr w:type="spellEnd"/>
            <w:r w:rsidR="000F17AB">
              <w:rPr>
                <w:b/>
                <w:sz w:val="17"/>
              </w:rPr>
              <w:t xml:space="preserve"> </w:t>
            </w:r>
            <w:proofErr w:type="spellStart"/>
            <w:r w:rsidR="000F17AB">
              <w:rPr>
                <w:b/>
                <w:sz w:val="17"/>
              </w:rPr>
              <w:t>wkładu</w:t>
            </w:r>
            <w:proofErr w:type="spellEnd"/>
            <w:r w:rsidR="000F17AB">
              <w:rPr>
                <w:b/>
                <w:sz w:val="17"/>
              </w:rPr>
              <w:t xml:space="preserve"> </w:t>
            </w:r>
            <w:proofErr w:type="spellStart"/>
            <w:r w:rsidR="000F17AB">
              <w:rPr>
                <w:b/>
                <w:sz w:val="17"/>
              </w:rPr>
              <w:t>Partnera</w:t>
            </w:r>
            <w:proofErr w:type="spellEnd"/>
            <w:r w:rsidR="000F17AB">
              <w:rPr>
                <w:b/>
                <w:sz w:val="17"/>
              </w:rPr>
              <w:t xml:space="preserve"> (w </w:t>
            </w:r>
            <w:proofErr w:type="spellStart"/>
            <w:r w:rsidR="000F17AB">
              <w:rPr>
                <w:b/>
                <w:sz w:val="17"/>
              </w:rPr>
              <w:t>tym</w:t>
            </w:r>
            <w:proofErr w:type="spellEnd"/>
            <w:r w:rsidR="000F17AB">
              <w:rPr>
                <w:b/>
                <w:sz w:val="17"/>
              </w:rPr>
              <w:t xml:space="preserve"> </w:t>
            </w:r>
            <w:proofErr w:type="spellStart"/>
            <w:r w:rsidR="000F17AB">
              <w:rPr>
                <w:b/>
                <w:sz w:val="17"/>
              </w:rPr>
              <w:t>zasobu</w:t>
            </w:r>
            <w:proofErr w:type="spellEnd"/>
            <w:r w:rsidR="000F17AB">
              <w:rPr>
                <w:b/>
                <w:sz w:val="17"/>
              </w:rPr>
              <w:t xml:space="preserve"> </w:t>
            </w:r>
            <w:proofErr w:type="spellStart"/>
            <w:r w:rsidR="000F17AB">
              <w:rPr>
                <w:b/>
                <w:sz w:val="17"/>
              </w:rPr>
              <w:t>ludzkie</w:t>
            </w:r>
            <w:proofErr w:type="spellEnd"/>
            <w:r w:rsidR="000F17AB">
              <w:rPr>
                <w:b/>
                <w:sz w:val="17"/>
              </w:rPr>
              <w:t xml:space="preserve">, </w:t>
            </w:r>
            <w:proofErr w:type="spellStart"/>
            <w:r w:rsidR="000F17AB">
              <w:rPr>
                <w:b/>
                <w:sz w:val="17"/>
              </w:rPr>
              <w:t>techniczne</w:t>
            </w:r>
            <w:proofErr w:type="spellEnd"/>
            <w:r w:rsidR="000F17AB">
              <w:rPr>
                <w:b/>
                <w:sz w:val="17"/>
              </w:rPr>
              <w:t xml:space="preserve">, know-how., </w:t>
            </w:r>
            <w:proofErr w:type="spellStart"/>
            <w:r w:rsidR="000F17AB">
              <w:rPr>
                <w:b/>
                <w:sz w:val="17"/>
              </w:rPr>
              <w:t>ew</w:t>
            </w:r>
            <w:proofErr w:type="spellEnd"/>
            <w:r w:rsidR="000F17AB">
              <w:rPr>
                <w:b/>
                <w:sz w:val="17"/>
              </w:rPr>
              <w:t xml:space="preserve">. </w:t>
            </w:r>
            <w:proofErr w:type="spellStart"/>
            <w:r w:rsidR="000F17AB">
              <w:rPr>
                <w:b/>
                <w:sz w:val="17"/>
              </w:rPr>
              <w:t>wkład</w:t>
            </w:r>
            <w:proofErr w:type="spellEnd"/>
            <w:r w:rsidR="000F17AB">
              <w:rPr>
                <w:b/>
                <w:sz w:val="17"/>
              </w:rPr>
              <w:t xml:space="preserve"> </w:t>
            </w:r>
            <w:proofErr w:type="spellStart"/>
            <w:r w:rsidR="000F17AB">
              <w:rPr>
                <w:b/>
                <w:sz w:val="17"/>
              </w:rPr>
              <w:t>finansowy</w:t>
            </w:r>
            <w:proofErr w:type="spellEnd"/>
            <w:r w:rsidR="000F17AB">
              <w:rPr>
                <w:b/>
                <w:sz w:val="17"/>
              </w:rPr>
              <w:t>)</w:t>
            </w:r>
          </w:p>
        </w:tc>
      </w:tr>
      <w:tr w:rsidR="003104EE" w14:paraId="2912CC44" w14:textId="77777777">
        <w:tc>
          <w:tcPr>
            <w:tcW w:w="10540" w:type="dxa"/>
            <w:gridSpan w:val="4"/>
          </w:tcPr>
          <w:p w14:paraId="23E1D0C5" w14:textId="77777777" w:rsidR="003104EE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3104EE" w14:paraId="300A4ECF" w14:textId="77777777">
        <w:tc>
          <w:tcPr>
            <w:tcW w:w="10540" w:type="dxa"/>
            <w:gridSpan w:val="4"/>
            <w:shd w:val="clear" w:color="auto" w:fill="D9D9D9"/>
          </w:tcPr>
          <w:p w14:paraId="5133171B" w14:textId="77777777" w:rsidR="003104EE" w:rsidRDefault="00000000">
            <w:proofErr w:type="spellStart"/>
            <w:r>
              <w:rPr>
                <w:b/>
                <w:sz w:val="17"/>
              </w:rPr>
              <w:t>Wykaz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zrealizowanych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usług</w:t>
            </w:r>
            <w:proofErr w:type="spellEnd"/>
            <w:r>
              <w:rPr>
                <w:b/>
                <w:sz w:val="17"/>
              </w:rPr>
              <w:t>/</w:t>
            </w:r>
            <w:proofErr w:type="spellStart"/>
            <w:r>
              <w:rPr>
                <w:b/>
                <w:sz w:val="17"/>
              </w:rPr>
              <w:t>projektów</w:t>
            </w:r>
            <w:proofErr w:type="spellEnd"/>
            <w:r>
              <w:rPr>
                <w:b/>
                <w:sz w:val="17"/>
              </w:rPr>
              <w:t xml:space="preserve"> w </w:t>
            </w:r>
            <w:proofErr w:type="spellStart"/>
            <w:r>
              <w:rPr>
                <w:b/>
                <w:sz w:val="17"/>
              </w:rPr>
              <w:t>zakresie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edukacją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cyberbezpieczeństwem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gotowością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cywilną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bezpieczeństwem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obronnością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wraz</w:t>
            </w:r>
            <w:proofErr w:type="spellEnd"/>
            <w:r>
              <w:rPr>
                <w:b/>
                <w:sz w:val="17"/>
              </w:rPr>
              <w:t xml:space="preserve"> z ich </w:t>
            </w:r>
            <w:proofErr w:type="spellStart"/>
            <w:r>
              <w:rPr>
                <w:b/>
                <w:sz w:val="17"/>
              </w:rPr>
              <w:t>krótkim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opisem</w:t>
            </w:r>
            <w:proofErr w:type="spellEnd"/>
            <w:r>
              <w:rPr>
                <w:b/>
                <w:sz w:val="17"/>
              </w:rPr>
              <w:t>.</w:t>
            </w:r>
          </w:p>
        </w:tc>
      </w:tr>
      <w:tr w:rsidR="003104EE" w14:paraId="03720A8D" w14:textId="77777777">
        <w:tc>
          <w:tcPr>
            <w:tcW w:w="10540" w:type="dxa"/>
            <w:gridSpan w:val="4"/>
          </w:tcPr>
          <w:p w14:paraId="167E3989" w14:textId="77777777" w:rsidR="003104EE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3104EE" w14:paraId="5534E0F6" w14:textId="77777777">
        <w:tc>
          <w:tcPr>
            <w:tcW w:w="10540" w:type="dxa"/>
            <w:gridSpan w:val="4"/>
            <w:shd w:val="clear" w:color="auto" w:fill="D9D9D9"/>
          </w:tcPr>
          <w:p w14:paraId="490B652A" w14:textId="77777777" w:rsidR="003104EE" w:rsidRDefault="00000000">
            <w:proofErr w:type="spellStart"/>
            <w:r>
              <w:rPr>
                <w:b/>
                <w:sz w:val="17"/>
              </w:rPr>
              <w:t>Wykaz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osób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którymi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dysponuje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kandydat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partnera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wraz</w:t>
            </w:r>
            <w:proofErr w:type="spellEnd"/>
            <w:r>
              <w:rPr>
                <w:b/>
                <w:sz w:val="17"/>
              </w:rPr>
              <w:t xml:space="preserve"> z </w:t>
            </w:r>
            <w:proofErr w:type="spellStart"/>
            <w:r>
              <w:rPr>
                <w:b/>
                <w:sz w:val="17"/>
              </w:rPr>
              <w:t>informacjami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temat</w:t>
            </w:r>
            <w:proofErr w:type="spellEnd"/>
            <w:r>
              <w:rPr>
                <w:b/>
                <w:sz w:val="17"/>
              </w:rPr>
              <w:t xml:space="preserve"> ich </w:t>
            </w:r>
            <w:proofErr w:type="spellStart"/>
            <w:r>
              <w:rPr>
                <w:b/>
                <w:sz w:val="17"/>
              </w:rPr>
              <w:t>kwalifikacji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zawodowych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doświadczenia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oraz</w:t>
            </w:r>
            <w:proofErr w:type="spellEnd"/>
            <w:r>
              <w:rPr>
                <w:b/>
                <w:sz w:val="17"/>
              </w:rPr>
              <w:t xml:space="preserve"> ze </w:t>
            </w:r>
            <w:proofErr w:type="spellStart"/>
            <w:r>
              <w:rPr>
                <w:b/>
                <w:sz w:val="17"/>
              </w:rPr>
              <w:t>wskazaniem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czynności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jakie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osoby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mogą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realizować</w:t>
            </w:r>
            <w:proofErr w:type="spellEnd"/>
            <w:r>
              <w:rPr>
                <w:b/>
                <w:sz w:val="17"/>
              </w:rPr>
              <w:t xml:space="preserve"> w </w:t>
            </w:r>
            <w:proofErr w:type="spellStart"/>
            <w:r>
              <w:rPr>
                <w:b/>
                <w:sz w:val="17"/>
              </w:rPr>
              <w:t>projekcie</w:t>
            </w:r>
            <w:proofErr w:type="spellEnd"/>
            <w:r>
              <w:rPr>
                <w:b/>
                <w:sz w:val="17"/>
              </w:rPr>
              <w:t>.</w:t>
            </w:r>
          </w:p>
        </w:tc>
      </w:tr>
      <w:tr w:rsidR="003104EE" w14:paraId="6DEA15A5" w14:textId="77777777">
        <w:tc>
          <w:tcPr>
            <w:tcW w:w="10540" w:type="dxa"/>
            <w:gridSpan w:val="4"/>
          </w:tcPr>
          <w:p w14:paraId="68A71C00" w14:textId="77777777" w:rsidR="003104EE" w:rsidRDefault="00000000"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3104EE" w14:paraId="5B5524B0" w14:textId="77777777">
        <w:tc>
          <w:tcPr>
            <w:tcW w:w="10540" w:type="dxa"/>
            <w:gridSpan w:val="4"/>
          </w:tcPr>
          <w:p w14:paraId="484D5F7D" w14:textId="77777777" w:rsidR="003104EE" w:rsidRDefault="00000000">
            <w:r>
              <w:rPr>
                <w:b/>
                <w:sz w:val="17"/>
              </w:rPr>
              <w:t>Data: ................................................................................................</w:t>
            </w:r>
          </w:p>
        </w:tc>
      </w:tr>
      <w:tr w:rsidR="003104EE" w14:paraId="37F480FA" w14:textId="77777777">
        <w:tc>
          <w:tcPr>
            <w:tcW w:w="10540" w:type="dxa"/>
            <w:gridSpan w:val="4"/>
          </w:tcPr>
          <w:p w14:paraId="6C6D4B74" w14:textId="77777777" w:rsidR="003104EE" w:rsidRDefault="00000000">
            <w:proofErr w:type="spellStart"/>
            <w:r>
              <w:rPr>
                <w:b/>
                <w:sz w:val="17"/>
              </w:rPr>
              <w:t>Podpis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osoby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upoważnionej</w:t>
            </w:r>
            <w:proofErr w:type="spellEnd"/>
            <w:r>
              <w:rPr>
                <w:b/>
                <w:sz w:val="17"/>
              </w:rPr>
              <w:t xml:space="preserve"> do </w:t>
            </w:r>
            <w:proofErr w:type="spellStart"/>
            <w:r>
              <w:rPr>
                <w:b/>
                <w:sz w:val="17"/>
              </w:rPr>
              <w:t>reprezentowania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podmiotu</w:t>
            </w:r>
            <w:proofErr w:type="spellEnd"/>
            <w:r>
              <w:rPr>
                <w:b/>
                <w:sz w:val="17"/>
              </w:rPr>
              <w:t>: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br/>
              <w:t>................................................................................................</w:t>
            </w:r>
          </w:p>
        </w:tc>
      </w:tr>
    </w:tbl>
    <w:p w14:paraId="3A04B696" w14:textId="77777777" w:rsidR="003104EE" w:rsidRDefault="00000000">
      <w:r>
        <w:br w:type="page"/>
      </w:r>
    </w:p>
    <w:p w14:paraId="61DD6212" w14:textId="77777777" w:rsidR="003104EE" w:rsidRDefault="00000000">
      <w:pPr>
        <w:jc w:val="right"/>
      </w:pPr>
      <w:proofErr w:type="spellStart"/>
      <w:r>
        <w:rPr>
          <w:sz w:val="18"/>
        </w:rPr>
        <w:lastRenderedPageBreak/>
        <w:t>Załącznik</w:t>
      </w:r>
      <w:proofErr w:type="spellEnd"/>
      <w:r>
        <w:rPr>
          <w:sz w:val="18"/>
        </w:rPr>
        <w:t xml:space="preserve"> nr 1A</w:t>
      </w:r>
    </w:p>
    <w:p w14:paraId="0508349E" w14:textId="77777777" w:rsidR="003104EE" w:rsidRDefault="00000000">
      <w:pPr>
        <w:jc w:val="center"/>
      </w:pPr>
      <w:r>
        <w:rPr>
          <w:b/>
          <w:sz w:val="24"/>
        </w:rPr>
        <w:t>DEKLARACJA GOTOWOŚCI DO PRZYGOTOWANIA DOKUMENTACJI</w:t>
      </w:r>
    </w:p>
    <w:p w14:paraId="26D75057" w14:textId="77777777" w:rsidR="003104EE" w:rsidRDefault="00000000">
      <w:r>
        <w:t xml:space="preserve">Ja,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podpisany</w:t>
      </w:r>
      <w:proofErr w:type="spellEnd"/>
      <w:r>
        <w:t>/a ................................................................................ (</w:t>
      </w:r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), </w:t>
      </w:r>
      <w:proofErr w:type="spellStart"/>
      <w:r>
        <w:t>reprezentujący</w:t>
      </w:r>
      <w:proofErr w:type="spellEnd"/>
      <w:r>
        <w:t>/a ................................................................................ (</w:t>
      </w:r>
      <w:proofErr w:type="spellStart"/>
      <w:r>
        <w:t>nazwa</w:t>
      </w:r>
      <w:proofErr w:type="spellEnd"/>
      <w:r>
        <w:t xml:space="preserve"> </w:t>
      </w:r>
      <w:proofErr w:type="spellStart"/>
      <w:r>
        <w:t>partnera</w:t>
      </w:r>
      <w:proofErr w:type="spellEnd"/>
      <w:r>
        <w:t xml:space="preserve">), </w:t>
      </w:r>
      <w:proofErr w:type="spellStart"/>
      <w:r>
        <w:t>deklaruję</w:t>
      </w:r>
      <w:proofErr w:type="spellEnd"/>
      <w:r>
        <w:t xml:space="preserve"> </w:t>
      </w:r>
      <w:proofErr w:type="spellStart"/>
      <w:r>
        <w:t>pełną</w:t>
      </w:r>
      <w:proofErr w:type="spellEnd"/>
      <w:r>
        <w:t xml:space="preserve"> </w:t>
      </w:r>
      <w:proofErr w:type="spellStart"/>
      <w:r>
        <w:t>gotowość</w:t>
      </w:r>
      <w:proofErr w:type="spellEnd"/>
      <w:r>
        <w:t xml:space="preserve"> do:</w:t>
      </w:r>
    </w:p>
    <w:p w14:paraId="2D31E343" w14:textId="7648C47C" w:rsidR="003104EE" w:rsidRDefault="00000000">
      <w:pPr>
        <w:pStyle w:val="Listanumerowana"/>
      </w:pPr>
      <w:proofErr w:type="spellStart"/>
      <w:r>
        <w:t>Przygotowania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przedłożenia</w:t>
      </w:r>
      <w:proofErr w:type="spellEnd"/>
      <w:r>
        <w:t xml:space="preserve"> </w:t>
      </w:r>
      <w:proofErr w:type="spellStart"/>
      <w:r>
        <w:t>wszelkiej</w:t>
      </w:r>
      <w:proofErr w:type="spellEnd"/>
      <w:r>
        <w:t xml:space="preserve"> </w:t>
      </w:r>
      <w:proofErr w:type="spellStart"/>
      <w:r>
        <w:t>niezbędnej</w:t>
      </w:r>
      <w:proofErr w:type="spellEnd"/>
      <w:r>
        <w:t xml:space="preserve"> </w:t>
      </w:r>
      <w:proofErr w:type="spellStart"/>
      <w:r>
        <w:t>dokumentacji</w:t>
      </w:r>
      <w:proofErr w:type="spellEnd"/>
      <w:r>
        <w:t xml:space="preserve"> </w:t>
      </w:r>
      <w:proofErr w:type="spellStart"/>
      <w:r>
        <w:t>wymaganej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 w:rsidR="000F17AB">
        <w:t>Jabłonna</w:t>
      </w:r>
      <w:proofErr w:type="spellEnd"/>
      <w:r>
        <w:t xml:space="preserve"> do </w:t>
      </w:r>
      <w:proofErr w:type="spellStart"/>
      <w:r>
        <w:t>przygotowania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, </w:t>
      </w:r>
      <w:proofErr w:type="spellStart"/>
      <w:r>
        <w:t>zawarcia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partnerskiej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–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otrzyma</w:t>
      </w:r>
      <w:proofErr w:type="spellEnd"/>
      <w:r>
        <w:t xml:space="preserve"> </w:t>
      </w:r>
      <w:proofErr w:type="spellStart"/>
      <w:r>
        <w:t>dofinansowanie</w:t>
      </w:r>
      <w:proofErr w:type="spellEnd"/>
      <w:r>
        <w:t xml:space="preserve"> – </w:t>
      </w:r>
      <w:proofErr w:type="spellStart"/>
      <w:r>
        <w:t>podpisania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o </w:t>
      </w:r>
      <w:proofErr w:type="spellStart"/>
      <w:r>
        <w:t>dofinansowanie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>.</w:t>
      </w:r>
    </w:p>
    <w:p w14:paraId="6DE84A05" w14:textId="77777777" w:rsidR="003104EE" w:rsidRDefault="00000000">
      <w:pPr>
        <w:pStyle w:val="Listanumerowana"/>
      </w:pPr>
      <w:proofErr w:type="spellStart"/>
      <w:r>
        <w:t>Dostarczenia</w:t>
      </w:r>
      <w:proofErr w:type="spellEnd"/>
      <w:r>
        <w:t xml:space="preserve"> </w:t>
      </w:r>
      <w:proofErr w:type="spellStart"/>
      <w:r>
        <w:t>aktualnych</w:t>
      </w:r>
      <w:proofErr w:type="spellEnd"/>
      <w:r>
        <w:t xml:space="preserve"> </w:t>
      </w:r>
      <w:proofErr w:type="spellStart"/>
      <w:r>
        <w:t>zaświadczeń</w:t>
      </w:r>
      <w:proofErr w:type="spellEnd"/>
      <w:r>
        <w:t xml:space="preserve">, </w:t>
      </w:r>
      <w:proofErr w:type="spellStart"/>
      <w:r>
        <w:t>oświadczeń</w:t>
      </w:r>
      <w:proofErr w:type="spellEnd"/>
      <w:r>
        <w:t xml:space="preserve">, </w:t>
      </w:r>
      <w:proofErr w:type="spellStart"/>
      <w:r>
        <w:t>pełnomocnictw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dokumentów</w:t>
      </w:r>
      <w:proofErr w:type="spellEnd"/>
      <w:r>
        <w:t xml:space="preserve"> </w:t>
      </w:r>
      <w:proofErr w:type="spellStart"/>
      <w:r>
        <w:t>wymaganych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Instytucję</w:t>
      </w:r>
      <w:proofErr w:type="spellEnd"/>
      <w:r>
        <w:t xml:space="preserve"> </w:t>
      </w:r>
      <w:proofErr w:type="spellStart"/>
      <w:r>
        <w:t>Zarządzającą</w:t>
      </w:r>
      <w:proofErr w:type="spellEnd"/>
      <w:r>
        <w:t>.</w:t>
      </w:r>
    </w:p>
    <w:p w14:paraId="036C8301" w14:textId="77777777" w:rsidR="003104EE" w:rsidRDefault="00000000">
      <w:pPr>
        <w:pStyle w:val="Listanumerowana"/>
      </w:pPr>
      <w:proofErr w:type="spellStart"/>
      <w:r>
        <w:t>Dochowania</w:t>
      </w:r>
      <w:proofErr w:type="spellEnd"/>
      <w:r>
        <w:t xml:space="preserve"> </w:t>
      </w:r>
      <w:proofErr w:type="spellStart"/>
      <w:r>
        <w:t>terminów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Instytucję</w:t>
      </w:r>
      <w:proofErr w:type="spellEnd"/>
      <w:r>
        <w:t xml:space="preserve"> </w:t>
      </w:r>
      <w:proofErr w:type="spellStart"/>
      <w:r>
        <w:t>Zarządzającą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złożenie</w:t>
      </w:r>
      <w:proofErr w:type="spellEnd"/>
      <w:r>
        <w:t xml:space="preserve"> </w:t>
      </w:r>
      <w:proofErr w:type="spellStart"/>
      <w:r>
        <w:t>wymaganych</w:t>
      </w:r>
      <w:proofErr w:type="spellEnd"/>
      <w:r>
        <w:t xml:space="preserve"> </w:t>
      </w:r>
      <w:proofErr w:type="spellStart"/>
      <w:r>
        <w:t>dokumentów</w:t>
      </w:r>
      <w:proofErr w:type="spellEnd"/>
      <w:r>
        <w:t xml:space="preserve">, pod </w:t>
      </w:r>
      <w:proofErr w:type="spellStart"/>
      <w:r>
        <w:t>rygorem</w:t>
      </w:r>
      <w:proofErr w:type="spellEnd"/>
      <w:r>
        <w:t xml:space="preserve"> </w:t>
      </w:r>
      <w:proofErr w:type="spellStart"/>
      <w:r>
        <w:t>odstąpienia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zawarcia</w:t>
      </w:r>
      <w:proofErr w:type="spellEnd"/>
      <w:r>
        <w:t xml:space="preserve"> </w:t>
      </w:r>
      <w:proofErr w:type="spellStart"/>
      <w:r>
        <w:t>partnerstwa</w:t>
      </w:r>
      <w:proofErr w:type="spellEnd"/>
      <w:r>
        <w:t>.</w:t>
      </w:r>
    </w:p>
    <w:p w14:paraId="74EA611A" w14:textId="2AFB74C6" w:rsidR="003104EE" w:rsidRDefault="00000000">
      <w:proofErr w:type="spellStart"/>
      <w:r>
        <w:t>Jednocześnie</w:t>
      </w:r>
      <w:proofErr w:type="spellEnd"/>
      <w:r>
        <w:t xml:space="preserve"> </w:t>
      </w: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zapoznałem</w:t>
      </w:r>
      <w:proofErr w:type="spellEnd"/>
      <w:r>
        <w:t xml:space="preserve">/am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zakresem</w:t>
      </w:r>
      <w:proofErr w:type="spellEnd"/>
      <w:r>
        <w:t xml:space="preserve"> </w:t>
      </w:r>
      <w:proofErr w:type="spellStart"/>
      <w:r>
        <w:t>dokumentacji</w:t>
      </w:r>
      <w:proofErr w:type="spellEnd"/>
      <w:r>
        <w:t xml:space="preserve"> </w:t>
      </w:r>
      <w:proofErr w:type="spellStart"/>
      <w:r>
        <w:t>dotyczącej</w:t>
      </w:r>
      <w:proofErr w:type="spellEnd"/>
      <w:r>
        <w:t xml:space="preserve"> </w:t>
      </w:r>
      <w:proofErr w:type="spellStart"/>
      <w:r>
        <w:t>naboru</w:t>
      </w:r>
      <w:proofErr w:type="spellEnd"/>
      <w:r>
        <w:t xml:space="preserve"> nr FELU.17.0</w:t>
      </w:r>
      <w:r w:rsidR="00DF01D2">
        <w:t>3</w:t>
      </w:r>
      <w:r>
        <w:t xml:space="preserve">-IZ.00-001/26, </w:t>
      </w:r>
      <w:proofErr w:type="spellStart"/>
      <w:r>
        <w:t>Działanie</w:t>
      </w:r>
      <w:proofErr w:type="spellEnd"/>
      <w:r>
        <w:t xml:space="preserve"> 17.</w:t>
      </w:r>
      <w:r w:rsidR="00DF01D2">
        <w:t>3</w:t>
      </w:r>
      <w:r>
        <w:t xml:space="preserve"> </w:t>
      </w:r>
      <w:proofErr w:type="spellStart"/>
      <w:r w:rsidR="00DF01D2" w:rsidRPr="00DF01D2">
        <w:t>Obronność</w:t>
      </w:r>
      <w:proofErr w:type="spellEnd"/>
      <w:r w:rsidR="00DF01D2" w:rsidRPr="00DF01D2">
        <w:t xml:space="preserve"> </w:t>
      </w:r>
      <w:proofErr w:type="spellStart"/>
      <w:r w:rsidR="00DF01D2" w:rsidRPr="00DF01D2">
        <w:t>i</w:t>
      </w:r>
      <w:proofErr w:type="spellEnd"/>
      <w:r w:rsidR="00DF01D2" w:rsidRPr="00DF01D2">
        <w:t xml:space="preserve"> </w:t>
      </w:r>
      <w:proofErr w:type="spellStart"/>
      <w:r w:rsidR="00DF01D2" w:rsidRPr="00DF01D2">
        <w:t>bezpieczeństwo</w:t>
      </w:r>
      <w:proofErr w:type="spellEnd"/>
      <w:r w:rsidR="00DF01D2" w:rsidRPr="00DF01D2">
        <w:t xml:space="preserve"> na rynku pracy</w:t>
      </w:r>
      <w:r>
        <w:t xml:space="preserve"> – </w:t>
      </w:r>
      <w:proofErr w:type="spellStart"/>
      <w:r>
        <w:t>typ</w:t>
      </w:r>
      <w:proofErr w:type="spellEnd"/>
      <w:r>
        <w:t xml:space="preserve"> projektu 1.</w:t>
      </w:r>
    </w:p>
    <w:p w14:paraId="5E9C14EF" w14:textId="77777777" w:rsidR="003104EE" w:rsidRDefault="00000000">
      <w:r>
        <w:br/>
      </w:r>
      <w:r>
        <w:br/>
        <w:t>................................................................................................</w:t>
      </w:r>
      <w:r>
        <w:br/>
        <w:t>(</w:t>
      </w:r>
      <w:proofErr w:type="spellStart"/>
      <w:r>
        <w:t>miejscowość</w:t>
      </w:r>
      <w:proofErr w:type="spellEnd"/>
      <w:r>
        <w:t xml:space="preserve">, data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podpis</w:t>
      </w:r>
      <w:proofErr w:type="spellEnd"/>
      <w:r>
        <w:t>)</w:t>
      </w:r>
    </w:p>
    <w:p w14:paraId="24DC03A5" w14:textId="77777777" w:rsidR="003104EE" w:rsidRDefault="00000000">
      <w:r>
        <w:br w:type="page"/>
      </w:r>
    </w:p>
    <w:p w14:paraId="27849D38" w14:textId="77777777" w:rsidR="003104EE" w:rsidRDefault="00000000">
      <w:pPr>
        <w:jc w:val="right"/>
      </w:pPr>
      <w:proofErr w:type="spellStart"/>
      <w:r>
        <w:rPr>
          <w:sz w:val="18"/>
        </w:rPr>
        <w:lastRenderedPageBreak/>
        <w:t>Załącznik</w:t>
      </w:r>
      <w:proofErr w:type="spellEnd"/>
      <w:r>
        <w:rPr>
          <w:sz w:val="18"/>
        </w:rPr>
        <w:t xml:space="preserve"> nr 1B</w:t>
      </w:r>
    </w:p>
    <w:p w14:paraId="259043BD" w14:textId="77777777" w:rsidR="003104EE" w:rsidRDefault="00000000">
      <w:pPr>
        <w:jc w:val="center"/>
      </w:pPr>
      <w:r>
        <w:rPr>
          <w:b/>
          <w:sz w:val="24"/>
        </w:rPr>
        <w:t>OŚWIADCZENIE O NIEPODLEGANIU WYKLUCZENIU</w:t>
      </w:r>
    </w:p>
    <w:p w14:paraId="2A836DB2" w14:textId="77777777" w:rsidR="003104EE" w:rsidRDefault="00000000">
      <w:r>
        <w:t xml:space="preserve">Ja,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podpisany</w:t>
      </w:r>
      <w:proofErr w:type="spellEnd"/>
      <w:r>
        <w:t>/a ................................................................................ (</w:t>
      </w:r>
      <w:proofErr w:type="spellStart"/>
      <w:r>
        <w:t>imię</w:t>
      </w:r>
      <w:proofErr w:type="spellEnd"/>
      <w:r>
        <w:t xml:space="preserve"> i </w:t>
      </w:r>
      <w:proofErr w:type="spellStart"/>
      <w:r>
        <w:t>nazwisko</w:t>
      </w:r>
      <w:proofErr w:type="spellEnd"/>
      <w:r>
        <w:t xml:space="preserve">), </w:t>
      </w:r>
      <w:proofErr w:type="spellStart"/>
      <w:r>
        <w:t>reprezentujący</w:t>
      </w:r>
      <w:proofErr w:type="spellEnd"/>
      <w:r>
        <w:t>/a ................................................................................ (</w:t>
      </w:r>
      <w:proofErr w:type="spellStart"/>
      <w:r>
        <w:t>nazwa</w:t>
      </w:r>
      <w:proofErr w:type="spellEnd"/>
      <w:r>
        <w:t xml:space="preserve"> </w:t>
      </w:r>
      <w:proofErr w:type="spellStart"/>
      <w:r>
        <w:t>podmiotu</w:t>
      </w:r>
      <w:proofErr w:type="spellEnd"/>
      <w:r>
        <w:t xml:space="preserve">), </w:t>
      </w: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podmiot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reprezentuję</w:t>
      </w:r>
      <w:proofErr w:type="spellEnd"/>
      <w:r>
        <w:t>:</w:t>
      </w:r>
    </w:p>
    <w:p w14:paraId="0F141CCF" w14:textId="3D17EE1F" w:rsidR="003104EE" w:rsidRDefault="00863EB8" w:rsidP="00757084">
      <w:pPr>
        <w:pStyle w:val="Listanumerowana"/>
        <w:numPr>
          <w:ilvl w:val="0"/>
          <w:numId w:val="0"/>
        </w:numPr>
      </w:pPr>
      <w:r>
        <w:t xml:space="preserve">1. Nie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wykluczeniu</w:t>
      </w:r>
      <w:proofErr w:type="spellEnd"/>
      <w:r>
        <w:t xml:space="preserve"> z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ubiegania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r w:rsidR="00757084" w:rsidRPr="00757084">
        <w:rPr>
          <w:lang w:val="pl-PL"/>
        </w:rPr>
        <w:t xml:space="preserve">dofinansowanie na podstawie art. 207 ust. 4 ustawy z dnia 27 sierpnia 2009 r. o finansach publicznych (Dz. U. z 2025 r. poz. 1483, z </w:t>
      </w:r>
      <w:proofErr w:type="spellStart"/>
      <w:r w:rsidR="00757084" w:rsidRPr="00757084">
        <w:rPr>
          <w:lang w:val="pl-PL"/>
        </w:rPr>
        <w:t>późn</w:t>
      </w:r>
      <w:proofErr w:type="spellEnd"/>
      <w:r w:rsidR="00757084" w:rsidRPr="00757084">
        <w:rPr>
          <w:lang w:val="pl-PL"/>
        </w:rPr>
        <w:t xml:space="preserve">. zm.) </w:t>
      </w:r>
    </w:p>
    <w:p w14:paraId="11A1EE32" w14:textId="2DBD875C" w:rsidR="003104EE" w:rsidRDefault="00863EB8" w:rsidP="00757084">
      <w:pPr>
        <w:pStyle w:val="Listanumerowana"/>
        <w:numPr>
          <w:ilvl w:val="0"/>
          <w:numId w:val="0"/>
        </w:numPr>
      </w:pPr>
      <w:r>
        <w:t xml:space="preserve">2. Nie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wykluczeniu</w:t>
      </w:r>
      <w:proofErr w:type="spellEnd"/>
      <w:r>
        <w:t xml:space="preserve"> </w:t>
      </w:r>
      <w:r w:rsidR="00D20FE9" w:rsidRPr="00D20FE9">
        <w:t xml:space="preserve">z </w:t>
      </w:r>
      <w:proofErr w:type="spellStart"/>
      <w:r w:rsidR="00D20FE9" w:rsidRPr="00D20FE9">
        <w:t>otrzymania</w:t>
      </w:r>
      <w:proofErr w:type="spellEnd"/>
      <w:r w:rsidR="00D20FE9" w:rsidRPr="00D20FE9">
        <w:t xml:space="preserve"> </w:t>
      </w:r>
      <w:proofErr w:type="spellStart"/>
      <w:r w:rsidR="00D20FE9" w:rsidRPr="00D20FE9">
        <w:t>wsparcia</w:t>
      </w:r>
      <w:proofErr w:type="spellEnd"/>
      <w:r w:rsidR="00D20FE9" w:rsidRPr="00D20FE9">
        <w:t xml:space="preserve"> </w:t>
      </w:r>
      <w:proofErr w:type="spellStart"/>
      <w:r w:rsidR="00D20FE9" w:rsidRPr="00D20FE9">
        <w:t>wynikającemu</w:t>
      </w:r>
      <w:proofErr w:type="spellEnd"/>
      <w:r w:rsidR="00D20FE9" w:rsidRPr="00D20FE9">
        <w:t xml:space="preserve"> z </w:t>
      </w:r>
      <w:proofErr w:type="spellStart"/>
      <w:r w:rsidR="00D20FE9" w:rsidRPr="00D20FE9">
        <w:t>nałożonych</w:t>
      </w:r>
      <w:proofErr w:type="spellEnd"/>
      <w:r w:rsidR="00D20FE9" w:rsidRPr="00D20FE9">
        <w:t xml:space="preserve"> </w:t>
      </w:r>
      <w:proofErr w:type="spellStart"/>
      <w:r w:rsidR="00D20FE9" w:rsidRPr="00D20FE9">
        <w:t>sankcji</w:t>
      </w:r>
      <w:proofErr w:type="spellEnd"/>
      <w:r w:rsidR="00D20FE9" w:rsidRPr="00D20FE9">
        <w:t xml:space="preserve"> w </w:t>
      </w:r>
      <w:proofErr w:type="spellStart"/>
      <w:r w:rsidR="00D20FE9" w:rsidRPr="00D20FE9">
        <w:t>związku</w:t>
      </w:r>
      <w:proofErr w:type="spellEnd"/>
      <w:r w:rsidR="00D20FE9" w:rsidRPr="00D20FE9">
        <w:t xml:space="preserve"> z </w:t>
      </w:r>
      <w:proofErr w:type="spellStart"/>
      <w:r w:rsidR="00D20FE9" w:rsidRPr="00D20FE9">
        <w:t>agresją</w:t>
      </w:r>
      <w:proofErr w:type="spellEnd"/>
      <w:r w:rsidR="00D20FE9" w:rsidRPr="00D20FE9">
        <w:t xml:space="preserve"> </w:t>
      </w:r>
      <w:proofErr w:type="spellStart"/>
      <w:r w:rsidR="00D20FE9" w:rsidRPr="00D20FE9">
        <w:t>Federacji</w:t>
      </w:r>
      <w:proofErr w:type="spellEnd"/>
      <w:r w:rsidR="00D20FE9" w:rsidRPr="00D20FE9">
        <w:t xml:space="preserve"> </w:t>
      </w:r>
      <w:proofErr w:type="spellStart"/>
      <w:r w:rsidR="00D20FE9" w:rsidRPr="00D20FE9">
        <w:t>Rosyjskiej</w:t>
      </w:r>
      <w:proofErr w:type="spellEnd"/>
      <w:r w:rsidR="00D20FE9" w:rsidRPr="00D20FE9">
        <w:t xml:space="preserve"> </w:t>
      </w:r>
      <w:proofErr w:type="spellStart"/>
      <w:r w:rsidR="00D20FE9" w:rsidRPr="00D20FE9">
        <w:t>na</w:t>
      </w:r>
      <w:proofErr w:type="spellEnd"/>
      <w:r w:rsidR="00D20FE9" w:rsidRPr="00D20FE9">
        <w:t xml:space="preserve"> Ukrainę7 </w:t>
      </w:r>
      <w:proofErr w:type="spellStart"/>
      <w:r w:rsidR="00D20FE9" w:rsidRPr="00D20FE9">
        <w:t>tj</w:t>
      </w:r>
      <w:proofErr w:type="spellEnd"/>
      <w:r w:rsidR="00D20FE9" w:rsidRPr="00D20FE9">
        <w:t xml:space="preserve">.: a) </w:t>
      </w:r>
      <w:proofErr w:type="spellStart"/>
      <w:r w:rsidR="00D20FE9" w:rsidRPr="00D20FE9">
        <w:t>nie</w:t>
      </w:r>
      <w:proofErr w:type="spellEnd"/>
      <w:r w:rsidR="00D20FE9" w:rsidRPr="00D20FE9">
        <w:t xml:space="preserve"> </w:t>
      </w:r>
      <w:proofErr w:type="spellStart"/>
      <w:r w:rsidR="00D20FE9" w:rsidRPr="00D20FE9">
        <w:t>są</w:t>
      </w:r>
      <w:proofErr w:type="spellEnd"/>
      <w:r w:rsidR="00D20FE9" w:rsidRPr="00D20FE9">
        <w:t xml:space="preserve"> </w:t>
      </w:r>
      <w:proofErr w:type="spellStart"/>
      <w:r w:rsidR="00D20FE9" w:rsidRPr="00D20FE9">
        <w:t>osobami</w:t>
      </w:r>
      <w:proofErr w:type="spellEnd"/>
      <w:r w:rsidR="00D20FE9" w:rsidRPr="00D20FE9">
        <w:t xml:space="preserve"> </w:t>
      </w:r>
      <w:proofErr w:type="spellStart"/>
      <w:r w:rsidR="00D20FE9" w:rsidRPr="00D20FE9">
        <w:t>lub</w:t>
      </w:r>
      <w:proofErr w:type="spellEnd"/>
      <w:r w:rsidR="00D20FE9" w:rsidRPr="00D20FE9">
        <w:t xml:space="preserve"> </w:t>
      </w:r>
      <w:proofErr w:type="spellStart"/>
      <w:r w:rsidR="00D20FE9" w:rsidRPr="00D20FE9">
        <w:t>podmiotami</w:t>
      </w:r>
      <w:proofErr w:type="spellEnd"/>
      <w:r w:rsidR="00D20FE9" w:rsidRPr="00D20FE9">
        <w:t xml:space="preserve">, </w:t>
      </w:r>
      <w:proofErr w:type="spellStart"/>
      <w:r w:rsidR="00D20FE9" w:rsidRPr="00D20FE9">
        <w:t>względem</w:t>
      </w:r>
      <w:proofErr w:type="spellEnd"/>
      <w:r w:rsidR="00D20FE9" w:rsidRPr="00D20FE9">
        <w:t xml:space="preserve"> </w:t>
      </w:r>
      <w:proofErr w:type="spellStart"/>
      <w:r w:rsidR="00D20FE9" w:rsidRPr="00D20FE9">
        <w:t>których</w:t>
      </w:r>
      <w:proofErr w:type="spellEnd"/>
      <w:r w:rsidR="00D20FE9" w:rsidRPr="00D20FE9">
        <w:t xml:space="preserve"> </w:t>
      </w:r>
      <w:proofErr w:type="spellStart"/>
      <w:r w:rsidR="00D20FE9" w:rsidRPr="00D20FE9">
        <w:t>stosowane</w:t>
      </w:r>
      <w:proofErr w:type="spellEnd"/>
      <w:r w:rsidR="00D20FE9" w:rsidRPr="00D20FE9">
        <w:t xml:space="preserve"> </w:t>
      </w:r>
      <w:proofErr w:type="spellStart"/>
      <w:r w:rsidR="00D20FE9" w:rsidRPr="00D20FE9">
        <w:t>są</w:t>
      </w:r>
      <w:proofErr w:type="spellEnd"/>
      <w:r w:rsidR="00D20FE9" w:rsidRPr="00D20FE9">
        <w:t xml:space="preserve"> </w:t>
      </w:r>
      <w:proofErr w:type="spellStart"/>
      <w:r w:rsidR="00D20FE9" w:rsidRPr="00D20FE9">
        <w:t>środki</w:t>
      </w:r>
      <w:proofErr w:type="spellEnd"/>
      <w:r w:rsidR="00D20FE9" w:rsidRPr="00D20FE9">
        <w:t xml:space="preserve"> </w:t>
      </w:r>
      <w:proofErr w:type="spellStart"/>
      <w:r w:rsidR="00D20FE9" w:rsidRPr="00D20FE9">
        <w:t>sankcyjne</w:t>
      </w:r>
      <w:proofErr w:type="spellEnd"/>
      <w:r w:rsidR="00D20FE9" w:rsidRPr="00D20FE9">
        <w:t xml:space="preserve">; b) </w:t>
      </w:r>
      <w:proofErr w:type="spellStart"/>
      <w:r w:rsidR="00D20FE9" w:rsidRPr="00D20FE9">
        <w:t>nie</w:t>
      </w:r>
      <w:proofErr w:type="spellEnd"/>
      <w:r w:rsidR="00D20FE9" w:rsidRPr="00D20FE9">
        <w:t xml:space="preserve"> </w:t>
      </w:r>
      <w:proofErr w:type="spellStart"/>
      <w:r w:rsidR="00D20FE9" w:rsidRPr="00D20FE9">
        <w:t>są</w:t>
      </w:r>
      <w:proofErr w:type="spellEnd"/>
      <w:r w:rsidR="00D20FE9" w:rsidRPr="00D20FE9">
        <w:t xml:space="preserve"> </w:t>
      </w:r>
      <w:proofErr w:type="spellStart"/>
      <w:r w:rsidR="00D20FE9" w:rsidRPr="00D20FE9">
        <w:t>związani</w:t>
      </w:r>
      <w:proofErr w:type="spellEnd"/>
      <w:r w:rsidR="00D20FE9" w:rsidRPr="00D20FE9">
        <w:t xml:space="preserve"> z </w:t>
      </w:r>
      <w:proofErr w:type="spellStart"/>
      <w:r w:rsidR="00D20FE9" w:rsidRPr="00D20FE9">
        <w:t>osobami</w:t>
      </w:r>
      <w:proofErr w:type="spellEnd"/>
      <w:r w:rsidR="00D20FE9" w:rsidRPr="00D20FE9">
        <w:t xml:space="preserve"> </w:t>
      </w:r>
      <w:proofErr w:type="spellStart"/>
      <w:r w:rsidR="00D20FE9" w:rsidRPr="00D20FE9">
        <w:t>lub</w:t>
      </w:r>
      <w:proofErr w:type="spellEnd"/>
      <w:r w:rsidR="00D20FE9" w:rsidRPr="00D20FE9">
        <w:t xml:space="preserve"> </w:t>
      </w:r>
      <w:proofErr w:type="spellStart"/>
      <w:r w:rsidR="00D20FE9" w:rsidRPr="00D20FE9">
        <w:t>podmiotami</w:t>
      </w:r>
      <w:proofErr w:type="spellEnd"/>
      <w:r w:rsidR="00D20FE9" w:rsidRPr="00D20FE9">
        <w:t xml:space="preserve">, </w:t>
      </w:r>
      <w:proofErr w:type="spellStart"/>
      <w:r w:rsidR="00D20FE9" w:rsidRPr="00D20FE9">
        <w:t>względem</w:t>
      </w:r>
      <w:proofErr w:type="spellEnd"/>
      <w:r w:rsidR="00D20FE9" w:rsidRPr="00D20FE9">
        <w:t xml:space="preserve"> </w:t>
      </w:r>
      <w:proofErr w:type="spellStart"/>
      <w:r w:rsidR="00D20FE9" w:rsidRPr="00D20FE9">
        <w:t>których</w:t>
      </w:r>
      <w:proofErr w:type="spellEnd"/>
      <w:r w:rsidR="00D20FE9" w:rsidRPr="00D20FE9">
        <w:t xml:space="preserve"> </w:t>
      </w:r>
      <w:proofErr w:type="spellStart"/>
      <w:r w:rsidR="00D20FE9" w:rsidRPr="00D20FE9">
        <w:t>stosowane</w:t>
      </w:r>
      <w:proofErr w:type="spellEnd"/>
      <w:r w:rsidR="00D20FE9" w:rsidRPr="00D20FE9">
        <w:t xml:space="preserve"> </w:t>
      </w:r>
      <w:proofErr w:type="spellStart"/>
      <w:r w:rsidR="00D20FE9" w:rsidRPr="00D20FE9">
        <w:t>są</w:t>
      </w:r>
      <w:proofErr w:type="spellEnd"/>
      <w:r w:rsidR="00D20FE9" w:rsidRPr="00D20FE9">
        <w:t xml:space="preserve"> </w:t>
      </w:r>
      <w:proofErr w:type="spellStart"/>
      <w:r w:rsidR="00D20FE9" w:rsidRPr="00D20FE9">
        <w:t>środki</w:t>
      </w:r>
      <w:proofErr w:type="spellEnd"/>
      <w:r w:rsidR="00D20FE9" w:rsidRPr="00D20FE9">
        <w:t xml:space="preserve"> </w:t>
      </w:r>
      <w:proofErr w:type="spellStart"/>
      <w:r w:rsidR="00D20FE9" w:rsidRPr="00D20FE9">
        <w:t>sankcyjne</w:t>
      </w:r>
      <w:proofErr w:type="spellEnd"/>
      <w:r w:rsidR="00D20FE9" w:rsidRPr="00D20FE9">
        <w:t>.</w:t>
      </w:r>
    </w:p>
    <w:p w14:paraId="268669F3" w14:textId="77777777" w:rsidR="006A580C" w:rsidRDefault="00863EB8" w:rsidP="006A580C">
      <w:pPr>
        <w:pStyle w:val="Listanumerowana"/>
        <w:numPr>
          <w:ilvl w:val="0"/>
          <w:numId w:val="0"/>
        </w:numPr>
        <w:rPr>
          <w:lang w:val="pl-PL"/>
        </w:rPr>
      </w:pPr>
      <w:r>
        <w:t xml:space="preserve">3. Nie jest </w:t>
      </w:r>
      <w:proofErr w:type="spellStart"/>
      <w:r>
        <w:t>podmiotem</w:t>
      </w:r>
      <w:proofErr w:type="spellEnd"/>
      <w:r>
        <w:t xml:space="preserve">,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orzeczono</w:t>
      </w:r>
      <w:proofErr w:type="spellEnd"/>
      <w:r>
        <w:t xml:space="preserve"> </w:t>
      </w:r>
      <w:r w:rsidR="00757084" w:rsidRPr="00757084">
        <w:rPr>
          <w:lang w:val="pl-PL"/>
        </w:rPr>
        <w:t xml:space="preserve">zakaz dostępu do środków funduszy europejskich na podstawie odrębnych przepisów: a) art. 12 ust. 1 pkt 1 ustawy z dnia 15 czerwca 2012 r. o skutkach powierzania wykonywania pracy cudzoziemcom przebywającym wbrew przepisom na terytorium Rzeczypospolitej Polskiej (Dz. U. z 2025 r. poz. 1567); b) art. 9 ust. 1 pkt 2 a ustawy z dnia 28 października 2002 r. o odpowiedzialności podmiotów zbiorowych za czyny zabronione pod groźbą kary (Dz. U. z 2024 r. poz. 1822, z </w:t>
      </w:r>
      <w:proofErr w:type="spellStart"/>
      <w:r w:rsidR="00757084" w:rsidRPr="00757084">
        <w:rPr>
          <w:lang w:val="pl-PL"/>
        </w:rPr>
        <w:t>późn</w:t>
      </w:r>
      <w:proofErr w:type="spellEnd"/>
      <w:r w:rsidR="00757084" w:rsidRPr="00757084">
        <w:rPr>
          <w:lang w:val="pl-PL"/>
        </w:rPr>
        <w:t>. zm.).</w:t>
      </w:r>
    </w:p>
    <w:p w14:paraId="02B9ECF2" w14:textId="77777777" w:rsidR="004B05B5" w:rsidRDefault="005C6327" w:rsidP="006A580C">
      <w:pPr>
        <w:pStyle w:val="Listanumerowana"/>
        <w:numPr>
          <w:ilvl w:val="0"/>
          <w:numId w:val="0"/>
        </w:numPr>
      </w:pPr>
      <w:r>
        <w:t xml:space="preserve">4. Nie </w:t>
      </w:r>
      <w:proofErr w:type="spellStart"/>
      <w:r>
        <w:t>zalega</w:t>
      </w:r>
      <w:proofErr w:type="spellEnd"/>
      <w:r>
        <w:t xml:space="preserve"> z</w:t>
      </w:r>
      <w:r w:rsidR="00D20FE9" w:rsidRPr="00757084">
        <w:rPr>
          <w:lang w:val="pl-PL"/>
        </w:rPr>
        <w:t xml:space="preserve"> uiszczaniem podatków, jak również z opłacaniem składek na ubezpieczenie społeczne i zdrowotne, Fundusz Pracy, Państwowy Fundusz Rehabilitacji Osób Niepełnosprawnych</w:t>
      </w:r>
      <w:r w:rsidR="00D20FE9">
        <w:t xml:space="preserve"> </w:t>
      </w:r>
    </w:p>
    <w:p w14:paraId="6270A4BB" w14:textId="5AB72AF9" w:rsidR="003104EE" w:rsidRDefault="004B05B5" w:rsidP="006A580C">
      <w:pPr>
        <w:pStyle w:val="Listanumerowana"/>
        <w:numPr>
          <w:ilvl w:val="0"/>
          <w:numId w:val="0"/>
        </w:numPr>
      </w:pPr>
      <w:r>
        <w:t xml:space="preserve">5. </w:t>
      </w:r>
      <w:r w:rsidR="005C6327">
        <w:t xml:space="preserve">Dane </w:t>
      </w:r>
      <w:proofErr w:type="spellStart"/>
      <w:r w:rsidR="005C6327">
        <w:t>i</w:t>
      </w:r>
      <w:proofErr w:type="spellEnd"/>
      <w:r w:rsidR="005C6327">
        <w:t xml:space="preserve"> </w:t>
      </w:r>
      <w:proofErr w:type="spellStart"/>
      <w:r w:rsidR="005C6327">
        <w:t>oświadczenia</w:t>
      </w:r>
      <w:proofErr w:type="spellEnd"/>
      <w:r w:rsidR="005C6327">
        <w:t xml:space="preserve"> </w:t>
      </w:r>
      <w:proofErr w:type="spellStart"/>
      <w:r w:rsidR="005C6327">
        <w:t>zawarte</w:t>
      </w:r>
      <w:proofErr w:type="spellEnd"/>
      <w:r w:rsidR="005C6327">
        <w:t xml:space="preserve"> w </w:t>
      </w:r>
      <w:proofErr w:type="spellStart"/>
      <w:r w:rsidR="005C6327">
        <w:t>ofercie</w:t>
      </w:r>
      <w:proofErr w:type="spellEnd"/>
      <w:r w:rsidR="005C6327">
        <w:t xml:space="preserve"> </w:t>
      </w:r>
      <w:proofErr w:type="spellStart"/>
      <w:r w:rsidR="005C6327">
        <w:t>są</w:t>
      </w:r>
      <w:proofErr w:type="spellEnd"/>
      <w:r w:rsidR="005C6327">
        <w:t xml:space="preserve"> </w:t>
      </w:r>
      <w:proofErr w:type="spellStart"/>
      <w:r w:rsidR="005C6327">
        <w:t>zgodne</w:t>
      </w:r>
      <w:proofErr w:type="spellEnd"/>
      <w:r w:rsidR="005C6327">
        <w:t xml:space="preserve"> ze </w:t>
      </w:r>
      <w:proofErr w:type="spellStart"/>
      <w:r w:rsidR="005C6327">
        <w:t>stanem</w:t>
      </w:r>
      <w:proofErr w:type="spellEnd"/>
      <w:r w:rsidR="005C6327">
        <w:t xml:space="preserve"> </w:t>
      </w:r>
      <w:proofErr w:type="spellStart"/>
      <w:r w:rsidR="005C6327">
        <w:t>faktycznym</w:t>
      </w:r>
      <w:proofErr w:type="spellEnd"/>
      <w:r w:rsidR="005C6327">
        <w:t xml:space="preserve"> </w:t>
      </w:r>
      <w:proofErr w:type="spellStart"/>
      <w:r w:rsidR="005C6327">
        <w:t>i</w:t>
      </w:r>
      <w:proofErr w:type="spellEnd"/>
      <w:r w:rsidR="005C6327">
        <w:t xml:space="preserve"> </w:t>
      </w:r>
      <w:proofErr w:type="spellStart"/>
      <w:r w:rsidR="005C6327">
        <w:t>prawnym</w:t>
      </w:r>
      <w:proofErr w:type="spellEnd"/>
      <w:r w:rsidR="005C6327">
        <w:t>.</w:t>
      </w:r>
    </w:p>
    <w:p w14:paraId="3B7856B3" w14:textId="77777777" w:rsidR="00757084" w:rsidRDefault="00757084"/>
    <w:p w14:paraId="166C72CD" w14:textId="1F6687E6" w:rsidR="003104EE" w:rsidRDefault="00000000">
      <w:proofErr w:type="spellStart"/>
      <w:r>
        <w:t>Jestem</w:t>
      </w:r>
      <w:proofErr w:type="spellEnd"/>
      <w:r>
        <w:t xml:space="preserve"> </w:t>
      </w:r>
      <w:proofErr w:type="spellStart"/>
      <w:r>
        <w:t>świadomy</w:t>
      </w:r>
      <w:proofErr w:type="spellEnd"/>
      <w:r>
        <w:t xml:space="preserve">/a </w:t>
      </w:r>
      <w:proofErr w:type="spellStart"/>
      <w:r>
        <w:t>odpowiedzialności</w:t>
      </w:r>
      <w:proofErr w:type="spellEnd"/>
      <w:r>
        <w:t xml:space="preserve"> za </w:t>
      </w:r>
      <w:proofErr w:type="spellStart"/>
      <w:r>
        <w:t>złożenie</w:t>
      </w:r>
      <w:proofErr w:type="spellEnd"/>
      <w:r>
        <w:t xml:space="preserve"> nieprawdziwego oświadczenia.</w:t>
      </w:r>
    </w:p>
    <w:p w14:paraId="597CE648" w14:textId="77777777" w:rsidR="003104EE" w:rsidRDefault="00000000">
      <w:r>
        <w:br/>
      </w:r>
      <w:r>
        <w:br/>
        <w:t>................................................................................................</w:t>
      </w:r>
      <w:r>
        <w:br/>
        <w:t>(</w:t>
      </w:r>
      <w:proofErr w:type="spellStart"/>
      <w:r>
        <w:t>miejscowość</w:t>
      </w:r>
      <w:proofErr w:type="spellEnd"/>
      <w:r>
        <w:t xml:space="preserve">, data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elektroniczny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własnoręczny</w:t>
      </w:r>
      <w:proofErr w:type="spellEnd"/>
      <w:r>
        <w:t>)</w:t>
      </w:r>
    </w:p>
    <w:sectPr w:rsidR="003104EE" w:rsidSect="00034616">
      <w:footerReference w:type="default" r:id="rId8"/>
      <w:pgSz w:w="12240" w:h="15840"/>
      <w:pgMar w:top="850" w:right="850" w:bottom="1361" w:left="850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23B65" w14:textId="77777777" w:rsidR="00D91983" w:rsidRDefault="00D91983">
      <w:pPr>
        <w:spacing w:after="0" w:line="240" w:lineRule="auto"/>
      </w:pPr>
      <w:r>
        <w:separator/>
      </w:r>
    </w:p>
  </w:endnote>
  <w:endnote w:type="continuationSeparator" w:id="0">
    <w:p w14:paraId="7E51F3F5" w14:textId="77777777" w:rsidR="00D91983" w:rsidRDefault="00D9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53A1" w14:textId="77777777" w:rsidR="003104EE" w:rsidRDefault="00000000">
    <w:pPr>
      <w:pStyle w:val="Stopka"/>
      <w:jc w:val="center"/>
    </w:pPr>
    <w:r>
      <w:rPr>
        <w:noProof/>
      </w:rPr>
      <w:drawing>
        <wp:inline distT="0" distB="0" distL="0" distR="0" wp14:anchorId="7D0BD211" wp14:editId="4986E2AB">
          <wp:extent cx="5760000" cy="629948"/>
          <wp:effectExtent l="0" t="0" r="0" b="0"/>
          <wp:docPr id="8282877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629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D1EB3" w14:textId="77777777" w:rsidR="00D91983" w:rsidRDefault="00D91983">
      <w:pPr>
        <w:spacing w:after="0" w:line="240" w:lineRule="auto"/>
      </w:pPr>
      <w:r>
        <w:separator/>
      </w:r>
    </w:p>
  </w:footnote>
  <w:footnote w:type="continuationSeparator" w:id="0">
    <w:p w14:paraId="143C6AFC" w14:textId="77777777" w:rsidR="00D91983" w:rsidRDefault="00D91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0942654">
    <w:abstractNumId w:val="8"/>
  </w:num>
  <w:num w:numId="2" w16cid:durableId="1148205228">
    <w:abstractNumId w:val="6"/>
  </w:num>
  <w:num w:numId="3" w16cid:durableId="197395466">
    <w:abstractNumId w:val="5"/>
  </w:num>
  <w:num w:numId="4" w16cid:durableId="1736901986">
    <w:abstractNumId w:val="4"/>
  </w:num>
  <w:num w:numId="5" w16cid:durableId="1849447311">
    <w:abstractNumId w:val="7"/>
  </w:num>
  <w:num w:numId="6" w16cid:durableId="492258051">
    <w:abstractNumId w:val="3"/>
  </w:num>
  <w:num w:numId="7" w16cid:durableId="1282227401">
    <w:abstractNumId w:val="2"/>
  </w:num>
  <w:num w:numId="8" w16cid:durableId="1202933745">
    <w:abstractNumId w:val="1"/>
  </w:num>
  <w:num w:numId="9" w16cid:durableId="85465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63A"/>
    <w:rsid w:val="0006063C"/>
    <w:rsid w:val="000F17AB"/>
    <w:rsid w:val="0015074B"/>
    <w:rsid w:val="0029639D"/>
    <w:rsid w:val="003104EE"/>
    <w:rsid w:val="00326F90"/>
    <w:rsid w:val="00451D62"/>
    <w:rsid w:val="004B05B5"/>
    <w:rsid w:val="005C6327"/>
    <w:rsid w:val="005E69A7"/>
    <w:rsid w:val="00641C85"/>
    <w:rsid w:val="006A580C"/>
    <w:rsid w:val="00757084"/>
    <w:rsid w:val="00863EB8"/>
    <w:rsid w:val="00A0132E"/>
    <w:rsid w:val="00AA1D8D"/>
    <w:rsid w:val="00AA41A7"/>
    <w:rsid w:val="00AF5F45"/>
    <w:rsid w:val="00B47730"/>
    <w:rsid w:val="00B74DEC"/>
    <w:rsid w:val="00C95FEB"/>
    <w:rsid w:val="00CB0664"/>
    <w:rsid w:val="00D20FE9"/>
    <w:rsid w:val="00D91983"/>
    <w:rsid w:val="00DF01D2"/>
    <w:rsid w:val="00F339D8"/>
    <w:rsid w:val="00F914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0A39C"/>
  <w14:defaultImageDpi w14:val="300"/>
  <w15:docId w15:val="{100B7498-3DFC-47BF-94BB-C6189CDA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863EB8"/>
    <w:pPr>
      <w:spacing w:after="0" w:line="240" w:lineRule="auto"/>
    </w:pPr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9A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9A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9A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651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Pajdosz</cp:lastModifiedBy>
  <cp:revision>5</cp:revision>
  <cp:lastPrinted>2026-08-26T10:55:00Z</cp:lastPrinted>
  <dcterms:created xsi:type="dcterms:W3CDTF">2026-08-26T10:03:00Z</dcterms:created>
  <dcterms:modified xsi:type="dcterms:W3CDTF">2026-08-26T12:53:00Z</dcterms:modified>
  <cp:category/>
</cp:coreProperties>
</file>